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Hoja de trabajo para revisar variedades de pimiento antes de la cesta</w:t>
      </w:r>
    </w:p>
    <w:p>
      <w:r>
        <w:t>Esta guía reúne los puntos esenciales del trabajo con semillas al por mayor para tiendas de semillas, garden centers y revendedores. Explica cómo se estructura el catálogo, cómo se prepara una consulta comercial y qué esperar del proceso de presupuesto, sin sustituir las condiciones acordadas en cada oferta.</w:t>
      </w:r>
    </w:p>
    <w:p>
      <w:pPr>
        <w:pStyle w:val="Heading1"/>
      </w:pPr>
      <w:r>
        <w:t>A quién se dirige este texto</w:t>
      </w:r>
    </w:p>
    <w:p>
      <w:r>
        <w:t>El catálogo está pensado para clientes profesionales que compran semillas para reventa: vendedores de semillas, tiendas de jardinería y revendedores. No es una tienda directa al consumidor final. La selección de artículos y el envío de datos profesionales son el punto de partida habitual para obtener una oferta.</w:t>
      </w:r>
    </w:p>
    <w:p>
      <w:pPr>
        <w:pStyle w:val="Heading1"/>
      </w:pPr>
      <w:r>
        <w:t>Qué significa enviar una consulta</w:t>
      </w:r>
    </w:p>
    <w:p>
      <w:r>
        <w:t>Añadir variedades a la cesta de consulta y enviar el formulario no cierra ningún contrato de compra ni equivale a un pedido. La consulta se revisa y se responde con un presupuesto en el que se confirman disponibilidad, formatos, precios, impuestos aplicables, gastos de envío, condiciones de pago y modalidades de entrega. No se realiza ningún pago a través del sitio.</w:t>
      </w:r>
    </w:p>
    <w:p>
      <w:pPr>
        <w:pStyle w:val="Heading1"/>
      </w:pPr>
      <w:r>
        <w:t>Cómo está organizado el catálogo</w:t>
      </w:r>
    </w:p>
    <w:p>
      <w:r>
        <w:t>Las entradas se agrupan por grandes grupos de cultivo —hortalizas, flores, aromáticas y microgreens y brotes— y dentro de cada grupo por especie y variedad. Las páginas de producto muestran las descripciones disponibles, las referencias y los precios indicados. También existen listados de especies de la A a la Z y una consulta rápida por especie para localizar entradas concretas.</w:t>
      </w:r>
    </w:p>
    <w:p>
      <w:pPr>
        <w:pStyle w:val="Heading1"/>
      </w:pPr>
      <w:r>
        <w:t>Datos útiles para una consulta completa</w:t>
      </w:r>
    </w:p>
    <w:p>
      <w:r>
        <w:t>Para que la revisión sea eficaz conviene indicar el nombre botánico o de la variedad, la referencia de catálogo, la cantidad y la unidad de cada artículo. Añadir el país y el código postal de destino ayuda a revisar las opciones de envío y la documentación necesaria para el envío previsto. También son relevantes los formatos deseados, el idioma de etiquetado y la fecha de entrega prevista.</w:t>
      </w:r>
    </w:p>
    <w:p>
      <w:pPr>
        <w:pStyle w:val="Heading1"/>
      </w:pPr>
      <w:r>
        <w:t>Qué no confirma el catálogo</w:t>
      </w:r>
    </w:p>
    <w:p>
      <w:r>
        <w:t>Las descripciones y los precios indicados se refieren a las entradas del catálogo y no confirman el stock actual ni los resultados de análisis por lote. Si el envío previsto exige documentación concreta, conviene solicitarla expresamente y esperar su confirmación en el presupuesto.</w:t>
      </w:r>
    </w:p>
    <w:p>
      <w:pPr>
        <w:pStyle w:val="Heading1"/>
      </w:pPr>
      <w:r>
        <w:t>Variedades fuera del catálogo</w:t>
      </w:r>
    </w:p>
    <w:p>
      <w:r>
        <w:t>Es posible preguntar por una variedad que no aparezca en el catálogo. En ese caso, el correo debe incluir el nombre botánico o de la variedad, la cantidad y el destino para que la respuesta sea útil. La disponibilidad de variedades no listadas se aclara en la respuesta comercial, no en el catálogo.</w:t>
      </w:r>
    </w:p>
    <w:p>
      <w:pPr>
        <w:pStyle w:val="Heading1"/>
      </w:pPr>
      <w:r>
        <w:t>Edición y corrección de la selección</w:t>
      </w:r>
    </w:p>
    <w:p>
      <w:r>
        <w:t>Las cantidades de la cesta pueden editarse o eliminarse antes de enviar. La selección permanece almacenada en el navegador hasta que se borre o se envíe correctamente. Si una consulta ya enviada necesita corrección, hay que contactar indicando su referencia. Si el formulario no se puede enviar, la selección se mantiene y conviene seguir el mensaje mostrado antes de reintentar.</w:t>
      </w:r>
    </w:p>
    <w:p>
      <w:pPr>
        <w:pStyle w:val="Heading1"/>
      </w:pPr>
      <w:r>
        <w:t>Una base común para documentos posteriores</w:t>
      </w:r>
    </w:p>
    <w:p>
      <w:r>
        <w:t>Este texto sirve como referencia general sobre el modelo de consulta al por mayor. Los detalles concretos —envasado, comparación de destinos, planificación anual o revisión interna de borradores— se desarrollan en documentos específicos que parten de esta misma base y no la repiten.</w:t>
      </w:r>
    </w:p>
    <w:p>
      <w:pPr>
        <w:pStyle w:val="Heading1"/>
      </w:pPr>
      <w:r>
        <w:t>Documentos relacionados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Tomates al por mayor: cómo fijar la variedad según el uso en tienda</w:t>
        </w:r>
      </w:hyperlink>
    </w:p>
    <w:p>
      <w:hyperlink r:id="rId11">
        <w:r>
          <w:rPr>
            <w:color w:val="087E75"/>
          </w:rPr>
          <w:t>Guía práctica para ordenar un surtido de lechugas y ensaladas por ciclos de venta</w:t>
        </w:r>
      </w:hyperlink>
    </w:p>
    <w:p>
      <w:hyperlink r:id="rId12">
        <w:r>
          <w:rPr>
            <w:color w:val="087E75"/>
          </w:rPr>
          <w:t>Matriz para comparar variedades de coles y col rizada en una misma consulta</w:t>
        </w:r>
      </w:hyperlink>
    </w:p>
    <w:p>
      <w:hyperlink r:id="rId13">
        <w:r>
          <w:rPr>
            <w:color w:val="087E75"/>
          </w:rPr>
          <w:t>Planificar el surtido de flores anuales y vivaces según el escaparate de temporada</w:t>
        </w:r>
      </w:hyperlink>
    </w:p>
    <w:p>
      <w:hyperlink r:id="rId14">
        <w:r>
          <w:rPr>
            <w:color w:val="087E75"/>
          </w:rPr>
          <w:t>Microgreens y brotes explicados al equipo de ventas</w:t>
        </w:r>
      </w:hyperlink>
    </w:p>
    <w:p>
      <w:hyperlink r:id="rId15">
        <w:r>
          <w:rPr>
            <w:color w:val="087E75"/>
          </w:rPr>
          <w:t>Respuestas breves sobre aromáticas culinarias frente a hierbas medicinales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objectstorage.eu-frankfurt-1.oraclecloud.com/n/frsbqgg8rg0q/b/bulkseedsinternational-websites/o/bsi/bulkseedsinternational-es/index.html" TargetMode="External"/><Relationship Id="rId10" Type="http://schemas.openxmlformats.org/officeDocument/2006/relationships/hyperlink" Target="https://objectstorage.eu-frankfurt-1.oraclecloud.com/n/frsbqgg8rg0q/b/bulkseedsinternational-websites/o/bsi/bulkseedsinternational-es/bulkseedsinternational-es-29/tomates-al-por-mayor-c-mo-fijar-la-variedad-seg-n-el-uso-en-tienda-1ce2810a.html" TargetMode="External"/><Relationship Id="rId11" Type="http://schemas.openxmlformats.org/officeDocument/2006/relationships/hyperlink" Target="https://bulkseedsinternational-es.porkbunlead.workers.dev/oracle/bulkseedsinternational-es-29/gu-a-pr-ctica-para-ordenar-un-surtido-de-lechugas-y-ensaladas-por-cicl-03e87d98.pdf" TargetMode="External"/><Relationship Id="rId12" Type="http://schemas.openxmlformats.org/officeDocument/2006/relationships/hyperlink" Target="https://bulkseedsinternational-es.porkbunlead.workers.dev/oracle/bulkseedsinternational-es-29/matriz-para-comparar-variedades-de-coles-y-col-rizada-en-una-misma-con-0a43b60a.xlsx" TargetMode="External"/><Relationship Id="rId13" Type="http://schemas.openxmlformats.org/officeDocument/2006/relationships/hyperlink" Target="https://bulkseedsinternational-es.porkbunlead.workers.dev/oracle/bulkseedsinternational-es-29/planificar-el-surtido-de-flores-anuales-y-vivaces-seg-n-el-escaparate--9641f5d9.odt" TargetMode="External"/><Relationship Id="rId14" Type="http://schemas.openxmlformats.org/officeDocument/2006/relationships/hyperlink" Target="https://bulkseedsinternational-es.porkbunlead.workers.dev/oracle/bulkseedsinternational-es-29/microgreens-y-brotes-explicados-al-equipo-de-ventas-c4222572.pptx" TargetMode="External"/><Relationship Id="rId15" Type="http://schemas.openxmlformats.org/officeDocument/2006/relationships/hyperlink" Target="https://bulkseedsinternational-es.porkbunlead.workers.dev/oracle/bulkseedsinternational-es-29/respuestas-breves-sobre-arom-ticas-culinarias-frente-a-hierbas-medicin-e211009c.rt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